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נוספות ממשפחת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 או תבנית?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כולן כלים באותה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תלמיד, לימוד, מלמד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שורש נושא משמעות, תבנית היא הצורה שסביב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שורש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תבנית היא הצורה שסביב השורש, לא השורש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מילה שורש שונה, אך כולן באותה תבנית של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המשמעות דומה אך הצליל יכול 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הבסיס לזיהוי שורש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(פ.ת.ח)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(ש.ח.ק)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מילים ממשפחת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כותב,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שמירה,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 נושא משמעות, תבנית היא הצורה הקבועה סביב השורש; לדוגמה: מפתח, מזלג, מסמר - תבנית של 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אותיות הבסיס הנושאות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משמעות, תבנית היא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מפתח, מזלג ומסמר מהמשחק ולדון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שורש של מילים. שורש הוא האותיות החשובות שבמילה שנושאות את המשמעות. נלמד גם מה זה תבנית, ואיך מילים שונות יכולות להיות מאותה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שנושאות את המשמעות הבסיסית של המילה, בדרך כלל שלוש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הקבועה שבה מסודרות האותיות סביב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אחת מהאותיות שבונות את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בצורת המילה, כמו זמן או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לשימוש, לעיתים נבנה בתבנית מיוחדת כמו מפתח או מזלג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 או תבנית?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בין שלוש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כלים באותה תבנית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בעלי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אותיות הן השורש של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כת.ב.מ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ת.ב.מ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שורה כל המילים מאותו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לומד, מכתב,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תלמיד, לימוד,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שומר, מזכרת,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כותב, שומר, זוכר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שונה בין שורש לתבנית?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הוא הצורה הקבועה, תבנית היא המשמעות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נושא משמעות, תבנית היא הצורה שסביב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הבדל, 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הוא תמיד ארבע אותיות, תבנית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קשורה לשורש ל.מ.ד?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 שנושאות את המשמעות הבסיסית של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היא תמיד זהה לשורש.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מפתח, מזלג ומסמר הן כולן מאותו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ממשפחת מילים אחת תמיד נשמעות בדיוק אותו הדבר.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משפחת מילים לפי האותיות המשותפות שחוזרות במילים.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__________ לי מכתב 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השוטר __________ על הסדר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התלמידים __________ שיעור חדש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__________ את הכדור לחברו.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הסבתא __________ עוגה טעימה לארוחת שישי.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פ.ת.ח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ש.ח.ק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ש.מ.ר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מילים ממשפחת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מהשורש כ.ת.ב (חוץ ממכתב).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מהשורש ש.מ.ר.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שורש לתבנית, ותנו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 (שלוש מילים).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לתבנית?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